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DB07E" w14:textId="1EE18EFF" w:rsidR="00C72C9D" w:rsidRPr="00C72C9D" w:rsidRDefault="008E2365" w:rsidP="00C72C9D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B1C598" wp14:editId="4E379564">
                <wp:simplePos x="0" y="0"/>
                <wp:positionH relativeFrom="leftMargin">
                  <wp:align>right</wp:align>
                </wp:positionH>
                <wp:positionV relativeFrom="paragraph">
                  <wp:posOffset>-1047115</wp:posOffset>
                </wp:positionV>
                <wp:extent cx="939800" cy="971550"/>
                <wp:effectExtent l="57150" t="19050" r="31750" b="762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971550"/>
                        </a:xfrm>
                        <a:prstGeom prst="ellipse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22815" id="Oval 2" o:spid="_x0000_s1026" style="position:absolute;margin-left:22.8pt;margin-top:-82.45pt;width:74pt;height:76.5pt;z-index:2516418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" stroked="f">
                <v:fill r:id="rId9" o:title="" recolor="t" rotate="t" type="frame"/>
                <v:shadow on="t" color="black" opacity="22937f" origin=",.5" offset="0,.63889mm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18AB9C" wp14:editId="26952526">
                <wp:simplePos x="0" y="0"/>
                <wp:positionH relativeFrom="rightMargin">
                  <wp:align>left</wp:align>
                </wp:positionH>
                <wp:positionV relativeFrom="paragraph">
                  <wp:posOffset>-989965</wp:posOffset>
                </wp:positionV>
                <wp:extent cx="933450" cy="952500"/>
                <wp:effectExtent l="57150" t="19050" r="38100" b="762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52500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6DB9E" id="Oval 5" o:spid="_x0000_s1026" style="position:absolute;margin-left:0;margin-top:-77.95pt;width:73.5pt;height:75pt;z-index:2516746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" stroked="f">
                <v:fill r:id="rId11" o:title="" recolor="t" rotate="t" type="frame"/>
                <v:shadow on="t" color="black" opacity="22937f" origin=",.5" offset="0,.63889mm"/>
                <w10:wrap anchorx="margin"/>
              </v:oval>
            </w:pict>
          </mc:Fallback>
        </mc:AlternateContent>
      </w:r>
    </w:p>
    <w:p w14:paraId="07FBA508" w14:textId="007B262E" w:rsidR="00E73D45" w:rsidRPr="003B6AD8" w:rsidRDefault="00937341">
      <w:pPr>
        <w:rPr>
          <w:sz w:val="20"/>
          <w:szCs w:val="20"/>
        </w:rPr>
      </w:pPr>
      <w:r>
        <w:t xml:space="preserve">1. </w:t>
      </w:r>
      <w:r w:rsidRPr="003B6AD8">
        <w:rPr>
          <w:sz w:val="20"/>
          <w:szCs w:val="20"/>
        </w:rPr>
        <w:t>Name of the Student: ________________________________</w:t>
      </w:r>
    </w:p>
    <w:p w14:paraId="5BF6EA90" w14:textId="0F746345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>2. Designation: _____________ (JRF / SRF / RA / Others)</w:t>
      </w:r>
    </w:p>
    <w:p w14:paraId="2A2EE6D5" w14:textId="7F10F627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>3. Affiliation / Address: ____________________________________________________________________</w:t>
      </w:r>
    </w:p>
    <w:p w14:paraId="645A346C" w14:textId="48C02254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>4. Mobile number: __________________________________</w:t>
      </w:r>
    </w:p>
    <w:p w14:paraId="7399F22A" w14:textId="0DF1BED2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>5. Institute Category: ________________ (Govt. / Public Sector / Private)</w:t>
      </w:r>
    </w:p>
    <w:p w14:paraId="73EC3AC7" w14:textId="0E322AA6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>6. Whether on Fellowship: __________ (Yes / No)</w:t>
      </w:r>
    </w:p>
    <w:p w14:paraId="4897D882" w14:textId="77777777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>7. Receiving Travel support from parent Institute: ____________ (Yes / No)</w:t>
      </w:r>
    </w:p>
    <w:p w14:paraId="0459C294" w14:textId="0E3887FD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8. Whether presenting paper in </w:t>
      </w:r>
      <w:r w:rsidR="00C72C9D">
        <w:rPr>
          <w:sz w:val="20"/>
          <w:szCs w:val="20"/>
        </w:rPr>
        <w:t>SESTEC-2026</w:t>
      </w:r>
      <w:r w:rsidRPr="003B6AD8">
        <w:rPr>
          <w:sz w:val="20"/>
          <w:szCs w:val="20"/>
        </w:rPr>
        <w:t>: ___________ (Yes / No)</w:t>
      </w:r>
    </w:p>
    <w:p w14:paraId="12E93388" w14:textId="02EA3EE4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   a. If yes, Paper(s) number: _____________</w:t>
      </w:r>
    </w:p>
    <w:p w14:paraId="176AA88D" w14:textId="77777777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>9. Travel details:</w:t>
      </w:r>
    </w:p>
    <w:p w14:paraId="71D0DFEB" w14:textId="328367B5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   Onward travel, From: _________________________ to </w:t>
      </w:r>
      <w:r w:rsidR="003B6AD8" w:rsidRPr="003B6AD8">
        <w:rPr>
          <w:sz w:val="20"/>
          <w:szCs w:val="20"/>
        </w:rPr>
        <w:t xml:space="preserve">    _________________________</w:t>
      </w:r>
    </w:p>
    <w:p w14:paraId="752B2B23" w14:textId="77777777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   Travel Date: __________________ Train No._____________</w:t>
      </w:r>
    </w:p>
    <w:p w14:paraId="1422C5CB" w14:textId="77777777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   Ticket price: __________________</w:t>
      </w:r>
    </w:p>
    <w:p w14:paraId="57D1F876" w14:textId="4AEF5E1D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 Return travel, From </w:t>
      </w:r>
      <w:r w:rsidR="003B6AD8" w:rsidRPr="003B6AD8">
        <w:rPr>
          <w:sz w:val="20"/>
          <w:szCs w:val="20"/>
        </w:rPr>
        <w:t xml:space="preserve">_________________________    </w:t>
      </w:r>
      <w:r w:rsidRPr="003B6AD8">
        <w:rPr>
          <w:sz w:val="20"/>
          <w:szCs w:val="20"/>
        </w:rPr>
        <w:t xml:space="preserve"> to</w:t>
      </w:r>
      <w:r w:rsidR="003B6AD8" w:rsidRPr="003B6AD8">
        <w:rPr>
          <w:sz w:val="20"/>
          <w:szCs w:val="20"/>
        </w:rPr>
        <w:t xml:space="preserve">     </w:t>
      </w:r>
      <w:r w:rsidRPr="003B6AD8">
        <w:rPr>
          <w:sz w:val="20"/>
          <w:szCs w:val="20"/>
        </w:rPr>
        <w:t xml:space="preserve"> _________________________</w:t>
      </w:r>
    </w:p>
    <w:p w14:paraId="2D35B1CB" w14:textId="77777777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   Travel Date: __________________ Train No._____________</w:t>
      </w:r>
    </w:p>
    <w:p w14:paraId="1356AB10" w14:textId="7280C31C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   Ticket price: __________________</w:t>
      </w:r>
    </w:p>
    <w:p w14:paraId="7EED3570" w14:textId="77777777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>10. Whether need Hostel Accommodation: ___________ (Yes / No)</w:t>
      </w:r>
    </w:p>
    <w:p w14:paraId="6D280577" w14:textId="08C2CC0C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    a. If yes, Date of arrival at </w:t>
      </w:r>
      <w:r w:rsidR="003B6AD8" w:rsidRPr="003B6AD8">
        <w:rPr>
          <w:sz w:val="20"/>
          <w:szCs w:val="20"/>
        </w:rPr>
        <w:t>venue</w:t>
      </w:r>
      <w:r w:rsidRPr="003B6AD8">
        <w:rPr>
          <w:sz w:val="20"/>
          <w:szCs w:val="20"/>
        </w:rPr>
        <w:t>: _____________</w:t>
      </w:r>
    </w:p>
    <w:p w14:paraId="04733D6B" w14:textId="762E5634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       Date of Departure: _____________</w:t>
      </w:r>
    </w:p>
    <w:p w14:paraId="4FB3E4F5" w14:textId="23ED3792" w:rsidR="00E73D45" w:rsidRPr="003B6AD8" w:rsidRDefault="00937341">
      <w:pPr>
        <w:rPr>
          <w:sz w:val="20"/>
          <w:szCs w:val="20"/>
        </w:rPr>
      </w:pPr>
      <w:r w:rsidRPr="003B6AD8">
        <w:rPr>
          <w:sz w:val="20"/>
          <w:szCs w:val="20"/>
        </w:rPr>
        <w:t xml:space="preserve">Date: ___________        </w:t>
      </w:r>
      <w:r w:rsidR="003B6AD8" w:rsidRPr="003B6AD8">
        <w:rPr>
          <w:sz w:val="20"/>
          <w:szCs w:val="20"/>
        </w:rPr>
        <w:t xml:space="preserve">                                                                               </w:t>
      </w:r>
      <w:r w:rsidR="00C72C9D">
        <w:rPr>
          <w:sz w:val="20"/>
          <w:szCs w:val="20"/>
        </w:rPr>
        <w:t xml:space="preserve">             </w:t>
      </w:r>
      <w:r w:rsidRPr="003B6AD8">
        <w:rPr>
          <w:sz w:val="20"/>
          <w:szCs w:val="20"/>
        </w:rPr>
        <w:t>Signature of the applicant</w:t>
      </w:r>
    </w:p>
    <w:p w14:paraId="5911CDC4" w14:textId="61832DA6" w:rsidR="00E73D45" w:rsidRPr="003B6AD8" w:rsidRDefault="00937341" w:rsidP="00C72C9D">
      <w:pPr>
        <w:jc w:val="both"/>
        <w:rPr>
          <w:sz w:val="20"/>
          <w:szCs w:val="20"/>
        </w:rPr>
      </w:pPr>
      <w:r w:rsidRPr="003B6AD8">
        <w:rPr>
          <w:sz w:val="20"/>
          <w:szCs w:val="20"/>
        </w:rPr>
        <w:t>This is to certify that the information given above is true. We are aware that any wrong</w:t>
      </w:r>
      <w:r w:rsidR="00C72C9D">
        <w:rPr>
          <w:sz w:val="20"/>
          <w:szCs w:val="20"/>
        </w:rPr>
        <w:t xml:space="preserve"> </w:t>
      </w:r>
      <w:r w:rsidRPr="003B6AD8">
        <w:rPr>
          <w:sz w:val="20"/>
          <w:szCs w:val="20"/>
        </w:rPr>
        <w:t>information given above shall lead to cancellation of the approved travel support.</w:t>
      </w:r>
    </w:p>
    <w:p w14:paraId="1B0FC18E" w14:textId="77777777" w:rsidR="00E73D45" w:rsidRPr="003B6AD8" w:rsidRDefault="00E73D45">
      <w:pPr>
        <w:rPr>
          <w:sz w:val="20"/>
          <w:szCs w:val="20"/>
        </w:rPr>
      </w:pPr>
    </w:p>
    <w:p w14:paraId="468126E6" w14:textId="2DDD9270" w:rsidR="00E73D45" w:rsidRPr="003B6AD8" w:rsidRDefault="00C72C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</w:t>
      </w:r>
      <w:r w:rsidR="00937341" w:rsidRPr="003B6AD8">
        <w:rPr>
          <w:sz w:val="20"/>
          <w:szCs w:val="20"/>
        </w:rPr>
        <w:t>Name &amp; Signature of the forwarding authority</w:t>
      </w:r>
    </w:p>
    <w:p w14:paraId="63BE15E0" w14:textId="6B702026" w:rsidR="00E73D45" w:rsidRPr="003B6AD8" w:rsidRDefault="00C72C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</w:t>
      </w:r>
      <w:r w:rsidR="00937341" w:rsidRPr="003B6AD8">
        <w:rPr>
          <w:sz w:val="20"/>
          <w:szCs w:val="20"/>
        </w:rPr>
        <w:t>(Principal / Head of Dept. / Research Guide)</w:t>
      </w:r>
    </w:p>
    <w:p w14:paraId="0E5A27CA" w14:textId="77777777" w:rsidR="00E73D45" w:rsidRDefault="00E73D45"/>
    <w:sectPr w:rsidR="00E73D45" w:rsidSect="00034616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648CA" w14:textId="77777777" w:rsidR="0049091D" w:rsidRDefault="0049091D" w:rsidP="003B6AD8">
      <w:pPr>
        <w:spacing w:after="0" w:line="240" w:lineRule="auto"/>
      </w:pPr>
      <w:r>
        <w:separator/>
      </w:r>
    </w:p>
  </w:endnote>
  <w:endnote w:type="continuationSeparator" w:id="0">
    <w:p w14:paraId="7AAA4E94" w14:textId="77777777" w:rsidR="0049091D" w:rsidRDefault="0049091D" w:rsidP="003B6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0F19B" w14:textId="13413C3B" w:rsidR="0021079F" w:rsidRDefault="0021079F" w:rsidP="0021079F">
    <w:pPr>
      <w:pStyle w:val="Footer"/>
      <w:jc w:val="center"/>
    </w:pPr>
    <w:r>
      <w:t xml:space="preserve">Send the scanned copy of the duly filled form in </w:t>
    </w:r>
    <w:hyperlink r:id="rId1" w:history="1">
      <w:r w:rsidRPr="00F14831">
        <w:rPr>
          <w:rStyle w:val="Hyperlink"/>
        </w:rPr>
        <w:t>sestec2026@gmail.com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0ACB1" w14:textId="77777777" w:rsidR="0049091D" w:rsidRDefault="0049091D" w:rsidP="003B6AD8">
      <w:pPr>
        <w:spacing w:after="0" w:line="240" w:lineRule="auto"/>
      </w:pPr>
      <w:r>
        <w:separator/>
      </w:r>
    </w:p>
  </w:footnote>
  <w:footnote w:type="continuationSeparator" w:id="0">
    <w:p w14:paraId="10A539A1" w14:textId="77777777" w:rsidR="0049091D" w:rsidRDefault="0049091D" w:rsidP="003B6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9C80D" w14:textId="7B2FD682" w:rsidR="003B6AD8" w:rsidRDefault="003B6AD8" w:rsidP="003B6AD8">
    <w:pPr>
      <w:jc w:val="center"/>
      <w:rPr>
        <w:b/>
        <w:bCs/>
        <w:sz w:val="24"/>
        <w:szCs w:val="24"/>
      </w:rPr>
    </w:pPr>
    <w:r w:rsidRPr="00C72C9D">
      <w:rPr>
        <w:b/>
        <w:bCs/>
        <w:color w:val="0070C0"/>
        <w:sz w:val="24"/>
        <w:szCs w:val="24"/>
      </w:rPr>
      <w:t>The 12th DAE – BRNS Biennial Symposium on</w:t>
    </w:r>
    <w:r w:rsidRPr="003B6AD8">
      <w:rPr>
        <w:b/>
        <w:bCs/>
        <w:sz w:val="24"/>
        <w:szCs w:val="24"/>
      </w:rPr>
      <w:t xml:space="preserve"> </w:t>
    </w:r>
    <w:r w:rsidR="00C72C9D">
      <w:rPr>
        <w:b/>
        <w:bCs/>
        <w:sz w:val="24"/>
        <w:szCs w:val="24"/>
      </w:rPr>
      <w:t>“</w:t>
    </w:r>
    <w:r w:rsidRPr="00C72C9D">
      <w:rPr>
        <w:b/>
        <w:bCs/>
        <w:color w:val="FF0000"/>
        <w:sz w:val="24"/>
        <w:szCs w:val="24"/>
      </w:rPr>
      <w:t>Emerging Trends in Separation Science and Technology</w:t>
    </w:r>
    <w:r w:rsidR="00C72C9D" w:rsidRPr="00C72C9D">
      <w:rPr>
        <w:b/>
        <w:bCs/>
        <w:color w:val="FF0000"/>
        <w:sz w:val="24"/>
        <w:szCs w:val="24"/>
      </w:rPr>
      <w:t>”</w:t>
    </w:r>
    <w:r w:rsidRPr="00C72C9D">
      <w:rPr>
        <w:b/>
        <w:bCs/>
        <w:color w:val="FF0000"/>
        <w:sz w:val="24"/>
        <w:szCs w:val="24"/>
      </w:rPr>
      <w:t xml:space="preserve"> </w:t>
    </w:r>
    <w:r w:rsidR="00C72C9D" w:rsidRPr="00C72C9D">
      <w:rPr>
        <w:b/>
        <w:bCs/>
        <w:color w:val="FF0000"/>
        <w:sz w:val="24"/>
        <w:szCs w:val="24"/>
      </w:rPr>
      <w:t>(</w:t>
    </w:r>
    <w:r w:rsidRPr="00C72C9D">
      <w:rPr>
        <w:b/>
        <w:bCs/>
        <w:color w:val="FF0000"/>
        <w:sz w:val="24"/>
        <w:szCs w:val="24"/>
      </w:rPr>
      <w:t>SESTEC – 2026</w:t>
    </w:r>
    <w:r w:rsidR="00C72C9D" w:rsidRPr="00C72C9D">
      <w:rPr>
        <w:b/>
        <w:bCs/>
        <w:color w:val="FF0000"/>
        <w:sz w:val="24"/>
        <w:szCs w:val="24"/>
      </w:rPr>
      <w:t>)</w:t>
    </w:r>
    <w:r w:rsidR="00C72C9D">
      <w:rPr>
        <w:b/>
        <w:bCs/>
        <w:sz w:val="24"/>
        <w:szCs w:val="24"/>
      </w:rPr>
      <w:t xml:space="preserve">, </w:t>
    </w:r>
    <w:r w:rsidR="00C72C9D" w:rsidRPr="00C72C9D">
      <w:rPr>
        <w:b/>
        <w:bCs/>
        <w:color w:val="000000" w:themeColor="text1"/>
        <w:sz w:val="24"/>
        <w:szCs w:val="24"/>
      </w:rPr>
      <w:t>February 11-14, 2026</w:t>
    </w:r>
  </w:p>
  <w:p w14:paraId="67C6CA04" w14:textId="40290B3B" w:rsidR="003B6AD8" w:rsidRDefault="00C72C9D" w:rsidP="003B6AD8">
    <w:pPr>
      <w:pStyle w:val="Header"/>
      <w:jc w:val="center"/>
    </w:pPr>
    <w:r>
      <w:rPr>
        <w:b/>
        <w:bCs/>
        <w:sz w:val="24"/>
        <w:szCs w:val="24"/>
      </w:rPr>
      <w:t>Request for Travel support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75376054">
    <w:abstractNumId w:val="8"/>
  </w:num>
  <w:num w:numId="2" w16cid:durableId="730346551">
    <w:abstractNumId w:val="6"/>
  </w:num>
  <w:num w:numId="3" w16cid:durableId="1859615431">
    <w:abstractNumId w:val="5"/>
  </w:num>
  <w:num w:numId="4" w16cid:durableId="1106195311">
    <w:abstractNumId w:val="4"/>
  </w:num>
  <w:num w:numId="5" w16cid:durableId="180170994">
    <w:abstractNumId w:val="7"/>
  </w:num>
  <w:num w:numId="6" w16cid:durableId="620696318">
    <w:abstractNumId w:val="3"/>
  </w:num>
  <w:num w:numId="7" w16cid:durableId="596447191">
    <w:abstractNumId w:val="2"/>
  </w:num>
  <w:num w:numId="8" w16cid:durableId="866721234">
    <w:abstractNumId w:val="1"/>
  </w:num>
  <w:num w:numId="9" w16cid:durableId="1795712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1079F"/>
    <w:rsid w:val="0029639D"/>
    <w:rsid w:val="00326F90"/>
    <w:rsid w:val="003B6AD8"/>
    <w:rsid w:val="0049091D"/>
    <w:rsid w:val="008E2365"/>
    <w:rsid w:val="00900F49"/>
    <w:rsid w:val="00937341"/>
    <w:rsid w:val="00AA1D8D"/>
    <w:rsid w:val="00B47730"/>
    <w:rsid w:val="00B52BA9"/>
    <w:rsid w:val="00C72C9D"/>
    <w:rsid w:val="00CA120F"/>
    <w:rsid w:val="00CB0664"/>
    <w:rsid w:val="00E51088"/>
    <w:rsid w:val="00E73D4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CDF6D2"/>
  <w14:defaultImageDpi w14:val="300"/>
  <w15:docId w15:val="{E25A5037-F796-4863-A64B-F44670E9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2107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stec2026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Kaushik Sanyal</cp:lastModifiedBy>
  <cp:revision>2</cp:revision>
  <cp:lastPrinted>2025-12-26T05:47:00Z</cp:lastPrinted>
  <dcterms:created xsi:type="dcterms:W3CDTF">2025-12-29T07:59:00Z</dcterms:created>
  <dcterms:modified xsi:type="dcterms:W3CDTF">2025-12-29T07:59:00Z</dcterms:modified>
  <cp:category/>
</cp:coreProperties>
</file>